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9AEC16" w14:textId="77777777" w:rsidR="00042EA0" w:rsidRPr="004B1567" w:rsidRDefault="00000000" w:rsidP="004B1567">
      <w:pPr>
        <w:jc w:val="both"/>
        <w:rPr>
          <w:rFonts w:ascii="Arial" w:hAnsi="Arial" w:cs="Arial"/>
          <w:sz w:val="24"/>
          <w:szCs w:val="24"/>
          <w:lang w:val="es-CO"/>
        </w:rPr>
      </w:pPr>
      <w:r w:rsidRPr="004B1567">
        <w:rPr>
          <w:rFonts w:ascii="Arial" w:hAnsi="Arial" w:cs="Arial"/>
          <w:b/>
          <w:sz w:val="24"/>
          <w:szCs w:val="24"/>
          <w:lang w:val="es-CO"/>
        </w:rPr>
        <w:t xml:space="preserve">Clasificación temática de retos - </w:t>
      </w:r>
      <w:proofErr w:type="spellStart"/>
      <w:r w:rsidRPr="004B1567">
        <w:rPr>
          <w:rFonts w:ascii="Arial" w:hAnsi="Arial" w:cs="Arial"/>
          <w:b/>
          <w:sz w:val="24"/>
          <w:szCs w:val="24"/>
          <w:lang w:val="es-CO"/>
        </w:rPr>
        <w:t>SolversLab</w:t>
      </w:r>
      <w:proofErr w:type="spellEnd"/>
      <w:r w:rsidRPr="004B1567">
        <w:rPr>
          <w:rFonts w:ascii="Arial" w:hAnsi="Arial" w:cs="Arial"/>
          <w:b/>
          <w:sz w:val="24"/>
          <w:szCs w:val="24"/>
          <w:lang w:val="es-CO"/>
        </w:rPr>
        <w:t xml:space="preserve"> </w:t>
      </w:r>
      <w:proofErr w:type="spellStart"/>
      <w:r w:rsidRPr="004B1567">
        <w:rPr>
          <w:rFonts w:ascii="Arial" w:hAnsi="Arial" w:cs="Arial"/>
          <w:b/>
          <w:sz w:val="24"/>
          <w:szCs w:val="24"/>
          <w:lang w:val="es-CO"/>
        </w:rPr>
        <w:t>by</w:t>
      </w:r>
      <w:proofErr w:type="spellEnd"/>
      <w:r w:rsidRPr="004B1567">
        <w:rPr>
          <w:rFonts w:ascii="Arial" w:hAnsi="Arial" w:cs="Arial"/>
          <w:b/>
          <w:sz w:val="24"/>
          <w:szCs w:val="24"/>
          <w:lang w:val="es-CO"/>
        </w:rPr>
        <w:t xml:space="preserve"> CEIPA</w:t>
      </w:r>
    </w:p>
    <w:p w14:paraId="3B331BD3" w14:textId="77777777" w:rsidR="00042EA0" w:rsidRPr="004B1567" w:rsidRDefault="00000000" w:rsidP="004B1567">
      <w:pPr>
        <w:pStyle w:val="Ttulo1"/>
        <w:jc w:val="both"/>
        <w:rPr>
          <w:rFonts w:ascii="Arial" w:hAnsi="Arial" w:cs="Arial"/>
          <w:color w:val="auto"/>
          <w:sz w:val="24"/>
          <w:szCs w:val="24"/>
        </w:rPr>
      </w:pPr>
      <w:r w:rsidRPr="004B1567">
        <w:rPr>
          <w:rFonts w:ascii="Arial" w:hAnsi="Arial" w:cs="Arial"/>
          <w:color w:val="auto"/>
          <w:sz w:val="24"/>
          <w:szCs w:val="24"/>
        </w:rPr>
        <w:t xml:space="preserve">Finanzas, </w:t>
      </w:r>
      <w:proofErr w:type="spellStart"/>
      <w:r w:rsidRPr="004B1567">
        <w:rPr>
          <w:rFonts w:ascii="Arial" w:hAnsi="Arial" w:cs="Arial"/>
          <w:color w:val="auto"/>
          <w:sz w:val="24"/>
          <w:szCs w:val="24"/>
        </w:rPr>
        <w:t>inversión</w:t>
      </w:r>
      <w:proofErr w:type="spellEnd"/>
      <w:r w:rsidRPr="004B1567">
        <w:rPr>
          <w:rFonts w:ascii="Arial" w:hAnsi="Arial" w:cs="Arial"/>
          <w:color w:val="auto"/>
          <w:sz w:val="24"/>
          <w:szCs w:val="24"/>
        </w:rPr>
        <w:t xml:space="preserve"> y </w:t>
      </w:r>
      <w:proofErr w:type="spellStart"/>
      <w:r w:rsidRPr="004B1567">
        <w:rPr>
          <w:rFonts w:ascii="Arial" w:hAnsi="Arial" w:cs="Arial"/>
          <w:color w:val="auto"/>
          <w:sz w:val="24"/>
          <w:szCs w:val="24"/>
        </w:rPr>
        <w:t>valoración</w:t>
      </w:r>
      <w:proofErr w:type="spellEnd"/>
    </w:p>
    <w:p w14:paraId="32BF4BEA" w14:textId="77777777" w:rsidR="00042EA0" w:rsidRPr="004B1567" w:rsidRDefault="00000000" w:rsidP="004B1567">
      <w:pPr>
        <w:pStyle w:val="Listaconvietas"/>
        <w:spacing w:after="40"/>
        <w:jc w:val="both"/>
        <w:rPr>
          <w:rFonts w:ascii="Arial" w:hAnsi="Arial" w:cs="Arial"/>
          <w:sz w:val="24"/>
          <w:szCs w:val="24"/>
          <w:lang w:val="es-CO"/>
        </w:rPr>
      </w:pPr>
      <w:r w:rsidRPr="004B1567">
        <w:rPr>
          <w:rFonts w:ascii="Arial" w:hAnsi="Arial" w:cs="Arial"/>
          <w:sz w:val="24"/>
          <w:szCs w:val="24"/>
          <w:lang w:val="es-CO"/>
        </w:rPr>
        <w:t>Construcción de portafolio de inversión: Requiero construir un portafolio de inversión maximizando rentabilidad y minimizando riesgos.</w:t>
      </w:r>
    </w:p>
    <w:p w14:paraId="6FD016D0" w14:textId="77777777" w:rsidR="00042EA0" w:rsidRPr="004B1567" w:rsidRDefault="00000000" w:rsidP="004B1567">
      <w:pPr>
        <w:pStyle w:val="Listaconvietas"/>
        <w:spacing w:after="40"/>
        <w:jc w:val="both"/>
        <w:rPr>
          <w:rFonts w:ascii="Arial" w:hAnsi="Arial" w:cs="Arial"/>
          <w:sz w:val="24"/>
          <w:szCs w:val="24"/>
          <w:lang w:val="es-CO"/>
        </w:rPr>
      </w:pPr>
      <w:r w:rsidRPr="004B1567">
        <w:rPr>
          <w:rFonts w:ascii="Arial" w:hAnsi="Arial" w:cs="Arial"/>
          <w:sz w:val="24"/>
          <w:szCs w:val="24"/>
          <w:lang w:val="es-CO"/>
        </w:rPr>
        <w:t>Diagnóstico financiero: Quiero conocer las fortalezas y debilidades financieras de mi empresa para plantear estrategias de solución.</w:t>
      </w:r>
    </w:p>
    <w:p w14:paraId="1D081C5B" w14:textId="77777777" w:rsidR="00042EA0" w:rsidRPr="004B1567" w:rsidRDefault="00000000" w:rsidP="004B1567">
      <w:pPr>
        <w:pStyle w:val="Listaconvietas"/>
        <w:spacing w:after="40"/>
        <w:jc w:val="both"/>
        <w:rPr>
          <w:rFonts w:ascii="Arial" w:hAnsi="Arial" w:cs="Arial"/>
          <w:sz w:val="24"/>
          <w:szCs w:val="24"/>
          <w:lang w:val="es-CO"/>
        </w:rPr>
      </w:pPr>
      <w:r w:rsidRPr="004B1567">
        <w:rPr>
          <w:rFonts w:ascii="Arial" w:hAnsi="Arial" w:cs="Arial"/>
          <w:sz w:val="24"/>
          <w:szCs w:val="24"/>
          <w:lang w:val="es-CO"/>
        </w:rPr>
        <w:t>Entorno político y geopolítico: Deseo identificar los riesgos de inversión de los mercados objetivo-relacionados a las dinámicas políticas y geopolíticas.</w:t>
      </w:r>
    </w:p>
    <w:p w14:paraId="5B348D06" w14:textId="77777777" w:rsidR="00042EA0" w:rsidRPr="004B1567" w:rsidRDefault="00000000" w:rsidP="004B1567">
      <w:pPr>
        <w:pStyle w:val="Listaconvietas"/>
        <w:spacing w:after="40"/>
        <w:jc w:val="both"/>
        <w:rPr>
          <w:rFonts w:ascii="Arial" w:hAnsi="Arial" w:cs="Arial"/>
          <w:sz w:val="24"/>
          <w:szCs w:val="24"/>
          <w:lang w:val="es-CO"/>
        </w:rPr>
      </w:pPr>
      <w:r w:rsidRPr="004B1567">
        <w:rPr>
          <w:rFonts w:ascii="Arial" w:hAnsi="Arial" w:cs="Arial"/>
          <w:sz w:val="24"/>
          <w:szCs w:val="24"/>
          <w:lang w:val="es-CO"/>
        </w:rPr>
        <w:t>Análisis financiero internacional: Deseo identificar los riesgos de inversión en un mercado especifico o las condiciones de transacción en divisas y coberturas para mis operaciones de negocios internacionales.</w:t>
      </w:r>
    </w:p>
    <w:p w14:paraId="0A130157" w14:textId="77777777" w:rsidR="00042EA0" w:rsidRPr="004B1567" w:rsidRDefault="00000000" w:rsidP="004B1567">
      <w:pPr>
        <w:pStyle w:val="Listaconvietas"/>
        <w:spacing w:after="40"/>
        <w:jc w:val="both"/>
        <w:rPr>
          <w:rFonts w:ascii="Arial" w:hAnsi="Arial" w:cs="Arial"/>
          <w:sz w:val="24"/>
          <w:szCs w:val="24"/>
          <w:lang w:val="es-CO"/>
        </w:rPr>
      </w:pPr>
      <w:r w:rsidRPr="004B1567">
        <w:rPr>
          <w:rFonts w:ascii="Arial" w:hAnsi="Arial" w:cs="Arial"/>
          <w:sz w:val="24"/>
          <w:szCs w:val="24"/>
          <w:lang w:val="es-CO"/>
        </w:rPr>
        <w:t>Oportunidad de inversión y financiación: Requiero identificar alternativas de inversión, financiación y de cobertura de riesgo para la toma de decisiones.</w:t>
      </w:r>
    </w:p>
    <w:p w14:paraId="16271823" w14:textId="77777777" w:rsidR="00042EA0" w:rsidRPr="004B1567" w:rsidRDefault="00000000" w:rsidP="004B1567">
      <w:pPr>
        <w:pStyle w:val="Listaconvietas"/>
        <w:spacing w:after="40"/>
        <w:jc w:val="both"/>
        <w:rPr>
          <w:rFonts w:ascii="Arial" w:hAnsi="Arial" w:cs="Arial"/>
          <w:sz w:val="24"/>
          <w:szCs w:val="24"/>
          <w:lang w:val="es-CO"/>
        </w:rPr>
      </w:pPr>
      <w:r w:rsidRPr="004B1567">
        <w:rPr>
          <w:rFonts w:ascii="Arial" w:hAnsi="Arial" w:cs="Arial"/>
          <w:sz w:val="24"/>
          <w:szCs w:val="24"/>
          <w:lang w:val="es-CO"/>
        </w:rPr>
        <w:t>Valoración de proyectos: Requiero valorar la factibilidad financiera de un proyecto nuevo o que esté en ejecución hace menos de un año.</w:t>
      </w:r>
    </w:p>
    <w:p w14:paraId="74D5ACA9" w14:textId="77777777" w:rsidR="00042EA0" w:rsidRPr="004B1567" w:rsidRDefault="00000000" w:rsidP="004B1567">
      <w:pPr>
        <w:pStyle w:val="Listaconvietas"/>
        <w:spacing w:after="40"/>
        <w:jc w:val="both"/>
        <w:rPr>
          <w:rFonts w:ascii="Arial" w:hAnsi="Arial" w:cs="Arial"/>
          <w:sz w:val="24"/>
          <w:szCs w:val="24"/>
          <w:lang w:val="es-CO"/>
        </w:rPr>
      </w:pPr>
      <w:r w:rsidRPr="004B1567">
        <w:rPr>
          <w:rFonts w:ascii="Arial" w:hAnsi="Arial" w:cs="Arial"/>
          <w:sz w:val="24"/>
          <w:szCs w:val="24"/>
          <w:lang w:val="es-CO"/>
        </w:rPr>
        <w:t>Valoración de solución tecnológica Fintech: Requiero valorar una alternativa apalancamiento en una tecnología financiera para maximizar la eficiencia de mis procesos financieros (clientes, fuentes de crédito, seguros, inversiones, almacenamiento de datos en la nube, agilización de las formas de pago, reducción de costos, entre otras).</w:t>
      </w:r>
    </w:p>
    <w:p w14:paraId="444DC734" w14:textId="77777777" w:rsidR="00042EA0" w:rsidRPr="004B1567" w:rsidRDefault="00000000" w:rsidP="004B1567">
      <w:pPr>
        <w:pStyle w:val="Listaconvietas"/>
        <w:spacing w:after="40"/>
        <w:jc w:val="both"/>
        <w:rPr>
          <w:rFonts w:ascii="Arial" w:hAnsi="Arial" w:cs="Arial"/>
          <w:sz w:val="24"/>
          <w:szCs w:val="24"/>
          <w:lang w:val="es-CO"/>
        </w:rPr>
      </w:pPr>
      <w:r w:rsidRPr="004B1567">
        <w:rPr>
          <w:rFonts w:ascii="Arial" w:hAnsi="Arial" w:cs="Arial"/>
          <w:sz w:val="24"/>
          <w:szCs w:val="24"/>
          <w:lang w:val="es-CO"/>
        </w:rPr>
        <w:t>Valoración de empresas: Requiero identificar el valor de una empresa, emprendimiento o marca para proponer alternativas para la negociación o estrategias de alianzas como fusión, escisión, adquisición, liquidación, entre otras.</w:t>
      </w:r>
    </w:p>
    <w:p w14:paraId="76E000CF" w14:textId="77777777" w:rsidR="00042EA0" w:rsidRPr="004B1567" w:rsidRDefault="00000000" w:rsidP="004B1567">
      <w:pPr>
        <w:pStyle w:val="Ttulo1"/>
        <w:jc w:val="both"/>
        <w:rPr>
          <w:rFonts w:ascii="Arial" w:hAnsi="Arial" w:cs="Arial"/>
          <w:color w:val="auto"/>
          <w:sz w:val="24"/>
          <w:szCs w:val="24"/>
        </w:rPr>
      </w:pPr>
      <w:proofErr w:type="spellStart"/>
      <w:r w:rsidRPr="004B1567">
        <w:rPr>
          <w:rFonts w:ascii="Arial" w:hAnsi="Arial" w:cs="Arial"/>
          <w:color w:val="auto"/>
          <w:sz w:val="24"/>
          <w:szCs w:val="24"/>
        </w:rPr>
        <w:t>Estrategia</w:t>
      </w:r>
      <w:proofErr w:type="spellEnd"/>
      <w:r w:rsidRPr="004B1567">
        <w:rPr>
          <w:rFonts w:ascii="Arial" w:hAnsi="Arial" w:cs="Arial"/>
          <w:color w:val="auto"/>
          <w:sz w:val="24"/>
          <w:szCs w:val="24"/>
        </w:rPr>
        <w:t xml:space="preserve"> y </w:t>
      </w:r>
      <w:proofErr w:type="spellStart"/>
      <w:r w:rsidRPr="004B1567">
        <w:rPr>
          <w:rFonts w:ascii="Arial" w:hAnsi="Arial" w:cs="Arial"/>
          <w:color w:val="auto"/>
          <w:sz w:val="24"/>
          <w:szCs w:val="24"/>
        </w:rPr>
        <w:t>prospectiva</w:t>
      </w:r>
      <w:proofErr w:type="spellEnd"/>
    </w:p>
    <w:p w14:paraId="0A8C0D1F" w14:textId="77777777" w:rsidR="00042EA0" w:rsidRPr="004B1567" w:rsidRDefault="00000000" w:rsidP="004B1567">
      <w:pPr>
        <w:pStyle w:val="Listaconvietas"/>
        <w:spacing w:after="40"/>
        <w:jc w:val="both"/>
        <w:rPr>
          <w:rFonts w:ascii="Arial" w:hAnsi="Arial" w:cs="Arial"/>
          <w:sz w:val="24"/>
          <w:szCs w:val="24"/>
          <w:lang w:val="es-CO"/>
        </w:rPr>
      </w:pPr>
      <w:r w:rsidRPr="004B1567">
        <w:rPr>
          <w:rFonts w:ascii="Arial" w:hAnsi="Arial" w:cs="Arial"/>
          <w:sz w:val="24"/>
          <w:szCs w:val="24"/>
          <w:lang w:val="es-CO"/>
        </w:rPr>
        <w:t>Formulación de propuesta empresarial: Requiero detectar oportunidades empresariales mediante el análisis del entorno.</w:t>
      </w:r>
    </w:p>
    <w:p w14:paraId="39E024EB" w14:textId="77777777" w:rsidR="00042EA0" w:rsidRPr="004B1567" w:rsidRDefault="00000000" w:rsidP="004B1567">
      <w:pPr>
        <w:pStyle w:val="Listaconvietas"/>
        <w:spacing w:after="40"/>
        <w:jc w:val="both"/>
        <w:rPr>
          <w:rFonts w:ascii="Arial" w:hAnsi="Arial" w:cs="Arial"/>
          <w:sz w:val="24"/>
          <w:szCs w:val="24"/>
          <w:lang w:val="es-CO"/>
        </w:rPr>
      </w:pPr>
      <w:r w:rsidRPr="004B1567">
        <w:rPr>
          <w:rFonts w:ascii="Arial" w:hAnsi="Arial" w:cs="Arial"/>
          <w:sz w:val="24"/>
          <w:szCs w:val="24"/>
          <w:lang w:val="es-CO"/>
        </w:rPr>
        <w:t>Planeación Estratégica: Soy una empresa legalmente constituida y con más de tres años en el mercado que requiere la formulación, la revisión o la renovación de su Plan Estratégico para orientar el direccionamiento del negocio desde los objetivos de crecimiento, rentabilidad y supervivencia para los próximos 3 a 5 años.</w:t>
      </w:r>
    </w:p>
    <w:p w14:paraId="66F53039" w14:textId="77777777" w:rsidR="00042EA0" w:rsidRPr="004B1567" w:rsidRDefault="00000000" w:rsidP="004B1567">
      <w:pPr>
        <w:pStyle w:val="Listaconvietas"/>
        <w:spacing w:after="40"/>
        <w:jc w:val="both"/>
        <w:rPr>
          <w:rFonts w:ascii="Arial" w:hAnsi="Arial" w:cs="Arial"/>
          <w:sz w:val="24"/>
          <w:szCs w:val="24"/>
          <w:lang w:val="es-CO"/>
        </w:rPr>
      </w:pPr>
      <w:r w:rsidRPr="004B1567">
        <w:rPr>
          <w:rFonts w:ascii="Arial" w:hAnsi="Arial" w:cs="Arial"/>
          <w:sz w:val="24"/>
          <w:szCs w:val="24"/>
          <w:lang w:val="es-CO"/>
        </w:rPr>
        <w:t>Construcción de escenarios futuros: Requiero comprender los posibles escenarios futuros y sus impactos en mi empresa o emprendimiento a fin de plantear posibles estrategias de acción.</w:t>
      </w:r>
    </w:p>
    <w:p w14:paraId="6747E747" w14:textId="77777777" w:rsidR="00042EA0" w:rsidRPr="004B1567" w:rsidRDefault="00000000" w:rsidP="004B1567">
      <w:pPr>
        <w:pStyle w:val="Listaconvietas"/>
        <w:spacing w:after="40"/>
        <w:jc w:val="both"/>
        <w:rPr>
          <w:rFonts w:ascii="Arial" w:hAnsi="Arial" w:cs="Arial"/>
          <w:sz w:val="24"/>
          <w:szCs w:val="24"/>
          <w:lang w:val="es-CO"/>
        </w:rPr>
      </w:pPr>
      <w:r w:rsidRPr="004B1567">
        <w:rPr>
          <w:rFonts w:ascii="Arial" w:hAnsi="Arial" w:cs="Arial"/>
          <w:sz w:val="24"/>
          <w:szCs w:val="24"/>
          <w:lang w:val="es-CO"/>
        </w:rPr>
        <w:lastRenderedPageBreak/>
        <w:t>Evaluación de escenarios en ambientes de incertidumbre: Estoy reestructurando algún proceso estratégico dentro de mi organización y requiero un plan de gestión del cambio.</w:t>
      </w:r>
    </w:p>
    <w:p w14:paraId="4C807033" w14:textId="77777777" w:rsidR="00042EA0" w:rsidRPr="004B1567" w:rsidRDefault="00000000" w:rsidP="004B1567">
      <w:pPr>
        <w:pStyle w:val="Listaconvietas"/>
        <w:spacing w:after="40"/>
        <w:jc w:val="both"/>
        <w:rPr>
          <w:rFonts w:ascii="Arial" w:hAnsi="Arial" w:cs="Arial"/>
          <w:sz w:val="24"/>
          <w:szCs w:val="24"/>
          <w:lang w:val="es-CO"/>
        </w:rPr>
      </w:pPr>
      <w:r w:rsidRPr="004B1567">
        <w:rPr>
          <w:rFonts w:ascii="Arial" w:hAnsi="Arial" w:cs="Arial"/>
          <w:sz w:val="24"/>
          <w:szCs w:val="24"/>
          <w:lang w:val="es-CO"/>
        </w:rPr>
        <w:t xml:space="preserve">Diagnóstico organizacional: Soy una </w:t>
      </w:r>
      <w:proofErr w:type="spellStart"/>
      <w:r w:rsidRPr="004B1567">
        <w:rPr>
          <w:rFonts w:ascii="Arial" w:hAnsi="Arial" w:cs="Arial"/>
          <w:sz w:val="24"/>
          <w:szCs w:val="24"/>
          <w:lang w:val="es-CO"/>
        </w:rPr>
        <w:t>mipyme</w:t>
      </w:r>
      <w:proofErr w:type="spellEnd"/>
      <w:r w:rsidRPr="004B1567">
        <w:rPr>
          <w:rFonts w:ascii="Arial" w:hAnsi="Arial" w:cs="Arial"/>
          <w:sz w:val="24"/>
          <w:szCs w:val="24"/>
          <w:lang w:val="es-CO"/>
        </w:rPr>
        <w:t xml:space="preserve"> que necesita un diagnóstico sistémico de mi organización con recomendaciones a nivel administrativo, económico y financiero.</w:t>
      </w:r>
    </w:p>
    <w:p w14:paraId="708C1506" w14:textId="77777777" w:rsidR="00042EA0" w:rsidRPr="004B1567" w:rsidRDefault="00000000" w:rsidP="004B1567">
      <w:pPr>
        <w:pStyle w:val="Ttulo1"/>
        <w:jc w:val="both"/>
        <w:rPr>
          <w:rFonts w:ascii="Arial" w:hAnsi="Arial" w:cs="Arial"/>
          <w:color w:val="auto"/>
          <w:sz w:val="24"/>
          <w:szCs w:val="24"/>
        </w:rPr>
      </w:pPr>
      <w:proofErr w:type="spellStart"/>
      <w:r w:rsidRPr="004B1567">
        <w:rPr>
          <w:rFonts w:ascii="Arial" w:hAnsi="Arial" w:cs="Arial"/>
          <w:color w:val="auto"/>
          <w:sz w:val="24"/>
          <w:szCs w:val="24"/>
        </w:rPr>
        <w:t>Innovación</w:t>
      </w:r>
      <w:proofErr w:type="spellEnd"/>
      <w:r w:rsidRPr="004B1567">
        <w:rPr>
          <w:rFonts w:ascii="Arial" w:hAnsi="Arial" w:cs="Arial"/>
          <w:color w:val="auto"/>
          <w:sz w:val="24"/>
          <w:szCs w:val="24"/>
        </w:rPr>
        <w:t xml:space="preserve">, </w:t>
      </w:r>
      <w:proofErr w:type="spellStart"/>
      <w:r w:rsidRPr="004B1567">
        <w:rPr>
          <w:rFonts w:ascii="Arial" w:hAnsi="Arial" w:cs="Arial"/>
          <w:color w:val="auto"/>
          <w:sz w:val="24"/>
          <w:szCs w:val="24"/>
        </w:rPr>
        <w:t>crecimiento</w:t>
      </w:r>
      <w:proofErr w:type="spellEnd"/>
      <w:r w:rsidRPr="004B1567">
        <w:rPr>
          <w:rFonts w:ascii="Arial" w:hAnsi="Arial" w:cs="Arial"/>
          <w:color w:val="auto"/>
          <w:sz w:val="24"/>
          <w:szCs w:val="24"/>
        </w:rPr>
        <w:t xml:space="preserve"> y </w:t>
      </w:r>
      <w:proofErr w:type="spellStart"/>
      <w:r w:rsidRPr="004B1567">
        <w:rPr>
          <w:rFonts w:ascii="Arial" w:hAnsi="Arial" w:cs="Arial"/>
          <w:color w:val="auto"/>
          <w:sz w:val="24"/>
          <w:szCs w:val="24"/>
        </w:rPr>
        <w:t>viabilidad</w:t>
      </w:r>
      <w:proofErr w:type="spellEnd"/>
    </w:p>
    <w:p w14:paraId="490F7B65" w14:textId="77777777" w:rsidR="00042EA0" w:rsidRPr="004B1567" w:rsidRDefault="00000000" w:rsidP="004B1567">
      <w:pPr>
        <w:pStyle w:val="Listaconvietas"/>
        <w:spacing w:after="40"/>
        <w:jc w:val="both"/>
        <w:rPr>
          <w:rFonts w:ascii="Arial" w:hAnsi="Arial" w:cs="Arial"/>
          <w:sz w:val="24"/>
          <w:szCs w:val="24"/>
          <w:lang w:val="es-CO"/>
        </w:rPr>
      </w:pPr>
      <w:r w:rsidRPr="004B1567">
        <w:rPr>
          <w:rFonts w:ascii="Arial" w:hAnsi="Arial" w:cs="Arial"/>
          <w:sz w:val="24"/>
          <w:szCs w:val="24"/>
          <w:lang w:val="es-CO"/>
        </w:rPr>
        <w:t xml:space="preserve">Innovación y viabilidad de proyectos: Requiero implementar una idea de </w:t>
      </w:r>
      <w:proofErr w:type="spellStart"/>
      <w:r w:rsidRPr="004B1567">
        <w:rPr>
          <w:rFonts w:ascii="Arial" w:hAnsi="Arial" w:cs="Arial"/>
          <w:sz w:val="24"/>
          <w:szCs w:val="24"/>
          <w:lang w:val="es-CO"/>
        </w:rPr>
        <w:t>intraemprendimiento</w:t>
      </w:r>
      <w:proofErr w:type="spellEnd"/>
      <w:r w:rsidRPr="004B1567">
        <w:rPr>
          <w:rFonts w:ascii="Arial" w:hAnsi="Arial" w:cs="Arial"/>
          <w:sz w:val="24"/>
          <w:szCs w:val="24"/>
          <w:lang w:val="es-CO"/>
        </w:rPr>
        <w:t xml:space="preserve"> que resuelva un problema organizacional, la cual cuente con validez comercial, ambiental, social y financiera.</w:t>
      </w:r>
    </w:p>
    <w:p w14:paraId="71FDA10A" w14:textId="77777777" w:rsidR="00042EA0" w:rsidRPr="004B1567" w:rsidRDefault="00000000" w:rsidP="004B1567">
      <w:pPr>
        <w:pStyle w:val="Listaconvietas"/>
        <w:spacing w:after="40"/>
        <w:jc w:val="both"/>
        <w:rPr>
          <w:rFonts w:ascii="Arial" w:hAnsi="Arial" w:cs="Arial"/>
          <w:sz w:val="24"/>
          <w:szCs w:val="24"/>
          <w:lang w:val="es-CO"/>
        </w:rPr>
      </w:pPr>
      <w:r w:rsidRPr="004B1567">
        <w:rPr>
          <w:rFonts w:ascii="Arial" w:hAnsi="Arial" w:cs="Arial"/>
          <w:sz w:val="24"/>
          <w:szCs w:val="24"/>
          <w:lang w:val="es-CO"/>
        </w:rPr>
        <w:t>Innovación empresarial: Requiero implementar un proceso de innovación que me permita generar o mejorar los procesos o productos o servicios de la empresa y contribuyan bien sea a su crecimiento, rentabilidad o supervivencia.</w:t>
      </w:r>
    </w:p>
    <w:p w14:paraId="2A17E42F" w14:textId="77777777" w:rsidR="00042EA0" w:rsidRPr="004B1567" w:rsidRDefault="00000000" w:rsidP="004B1567">
      <w:pPr>
        <w:pStyle w:val="Ttulo1"/>
        <w:jc w:val="both"/>
        <w:rPr>
          <w:rFonts w:ascii="Arial" w:hAnsi="Arial" w:cs="Arial"/>
          <w:color w:val="auto"/>
          <w:sz w:val="24"/>
          <w:szCs w:val="24"/>
          <w:lang w:val="es-CO"/>
        </w:rPr>
      </w:pPr>
      <w:r w:rsidRPr="004B1567">
        <w:rPr>
          <w:rFonts w:ascii="Arial" w:hAnsi="Arial" w:cs="Arial"/>
          <w:color w:val="auto"/>
          <w:sz w:val="24"/>
          <w:szCs w:val="24"/>
          <w:lang w:val="es-CO"/>
        </w:rPr>
        <w:t>Transformación digital, inteligencia de negocios y analítica</w:t>
      </w:r>
    </w:p>
    <w:p w14:paraId="7199BA1C" w14:textId="77777777" w:rsidR="00042EA0" w:rsidRPr="004B1567" w:rsidRDefault="00000000" w:rsidP="004B1567">
      <w:pPr>
        <w:pStyle w:val="Listaconvietas"/>
        <w:spacing w:after="40"/>
        <w:jc w:val="both"/>
        <w:rPr>
          <w:rFonts w:ascii="Arial" w:hAnsi="Arial" w:cs="Arial"/>
          <w:sz w:val="24"/>
          <w:szCs w:val="24"/>
          <w:lang w:val="es-CO"/>
        </w:rPr>
      </w:pPr>
      <w:r w:rsidRPr="004B1567">
        <w:rPr>
          <w:rFonts w:ascii="Arial" w:hAnsi="Arial" w:cs="Arial"/>
          <w:sz w:val="24"/>
          <w:szCs w:val="24"/>
          <w:lang w:val="es-CO"/>
        </w:rPr>
        <w:t>Negocios y procesos: Necesito evaluar el nivel de madurez en inteligencia de negocios de mi unidad productiva, optimizar mis procesos empresariales y mejorar la toma de decisiones estratégicas.</w:t>
      </w:r>
    </w:p>
    <w:p w14:paraId="3185B89D" w14:textId="77777777" w:rsidR="00042EA0" w:rsidRPr="004B1567" w:rsidRDefault="00000000" w:rsidP="004B1567">
      <w:pPr>
        <w:pStyle w:val="Listaconvietas"/>
        <w:spacing w:after="40"/>
        <w:jc w:val="both"/>
        <w:rPr>
          <w:rFonts w:ascii="Arial" w:hAnsi="Arial" w:cs="Arial"/>
          <w:sz w:val="24"/>
          <w:szCs w:val="24"/>
          <w:lang w:val="es-CO"/>
        </w:rPr>
      </w:pPr>
      <w:r w:rsidRPr="004B1567">
        <w:rPr>
          <w:rFonts w:ascii="Arial" w:hAnsi="Arial" w:cs="Arial"/>
          <w:sz w:val="24"/>
          <w:szCs w:val="24"/>
          <w:lang w:val="es-CO"/>
        </w:rPr>
        <w:t>Gestión tecnológica: Soy una empresa o emprendimiento en crecimiento, que enfrenta un entorno de creciente turbulencia, incertidumbre, dinamismo y complejidad debido a la competencia global. Necesito una estrategia tecnológica sólida que permita monitorear riesgos, identificar oportunidades de innovación y reaccionar rápidamente para alcanzar ventajas competitivas, garantizando así mi sostenibilidad y permanencia en el mercado.</w:t>
      </w:r>
    </w:p>
    <w:p w14:paraId="72081D00" w14:textId="77777777" w:rsidR="00042EA0" w:rsidRPr="004B1567" w:rsidRDefault="00000000" w:rsidP="004B1567">
      <w:pPr>
        <w:pStyle w:val="Listaconvietas"/>
        <w:spacing w:after="40"/>
        <w:jc w:val="both"/>
        <w:rPr>
          <w:rFonts w:ascii="Arial" w:hAnsi="Arial" w:cs="Arial"/>
          <w:sz w:val="24"/>
          <w:szCs w:val="24"/>
          <w:lang w:val="es-CO"/>
        </w:rPr>
      </w:pPr>
      <w:r w:rsidRPr="004B1567">
        <w:rPr>
          <w:rFonts w:ascii="Arial" w:hAnsi="Arial" w:cs="Arial"/>
          <w:sz w:val="24"/>
          <w:szCs w:val="24"/>
          <w:lang w:val="es-CO"/>
        </w:rPr>
        <w:t>Toma de decisiones basados en el análisis de datos: Requiero diseño de las estructuras de costos, gestión contable que facilite la toma de decisiones a través del análisis de datos.</w:t>
      </w:r>
    </w:p>
    <w:p w14:paraId="3C4D6B28" w14:textId="77777777" w:rsidR="00042EA0" w:rsidRPr="004B1567" w:rsidRDefault="00000000" w:rsidP="004B1567">
      <w:pPr>
        <w:pStyle w:val="Ttulo1"/>
        <w:jc w:val="both"/>
        <w:rPr>
          <w:rFonts w:ascii="Arial" w:hAnsi="Arial" w:cs="Arial"/>
          <w:color w:val="auto"/>
          <w:sz w:val="24"/>
          <w:szCs w:val="24"/>
          <w:lang w:val="es-CO"/>
        </w:rPr>
      </w:pPr>
      <w:r w:rsidRPr="004B1567">
        <w:rPr>
          <w:rFonts w:ascii="Arial" w:hAnsi="Arial" w:cs="Arial"/>
          <w:color w:val="auto"/>
          <w:sz w:val="24"/>
          <w:szCs w:val="24"/>
          <w:lang w:val="es-CO"/>
        </w:rPr>
        <w:t>Mercadeo, ventas y experiencia del cliente</w:t>
      </w:r>
    </w:p>
    <w:p w14:paraId="0114B593" w14:textId="77777777" w:rsidR="00042EA0" w:rsidRPr="004B1567" w:rsidRDefault="00000000" w:rsidP="004B1567">
      <w:pPr>
        <w:pStyle w:val="Listaconvietas"/>
        <w:spacing w:after="40"/>
        <w:jc w:val="both"/>
        <w:rPr>
          <w:rFonts w:ascii="Arial" w:hAnsi="Arial" w:cs="Arial"/>
          <w:sz w:val="24"/>
          <w:szCs w:val="24"/>
          <w:lang w:val="es-CO"/>
        </w:rPr>
      </w:pPr>
      <w:r w:rsidRPr="004B1567">
        <w:rPr>
          <w:rFonts w:ascii="Arial" w:hAnsi="Arial" w:cs="Arial"/>
          <w:sz w:val="24"/>
          <w:szCs w:val="24"/>
          <w:lang w:val="es-CO"/>
        </w:rPr>
        <w:t>Negocios y mercados: Como empresa o emprendimiento orientada a la venta de productos o servicios al consumidor final (B2C), buscamos desarrollar estrategias de marketing tanto en canales físicos como digitales. Estas estrategias se fundamentan en un análisis del mercado, abarcando su micro y macroentorno.</w:t>
      </w:r>
    </w:p>
    <w:p w14:paraId="12868C4A" w14:textId="77777777" w:rsidR="00042EA0" w:rsidRPr="004B1567" w:rsidRDefault="00000000" w:rsidP="004B1567">
      <w:pPr>
        <w:pStyle w:val="Listaconvietas"/>
        <w:spacing w:after="40"/>
        <w:jc w:val="both"/>
        <w:rPr>
          <w:rFonts w:ascii="Arial" w:hAnsi="Arial" w:cs="Arial"/>
          <w:sz w:val="24"/>
          <w:szCs w:val="24"/>
          <w:lang w:val="es-CO"/>
        </w:rPr>
      </w:pPr>
      <w:r w:rsidRPr="004B1567">
        <w:rPr>
          <w:rFonts w:ascii="Arial" w:hAnsi="Arial" w:cs="Arial"/>
          <w:sz w:val="24"/>
          <w:szCs w:val="24"/>
          <w:lang w:val="es-CO"/>
        </w:rPr>
        <w:lastRenderedPageBreak/>
        <w:t>Plan de mercado: Necesito formular un plan de mercado, estudios competitivos, estrategias de mezcla de mercadeo (producto/servicios, precio, plaza y promoción) para mi empresa o emprendimiento.</w:t>
      </w:r>
    </w:p>
    <w:p w14:paraId="4EC0BC17" w14:textId="77777777" w:rsidR="00042EA0" w:rsidRPr="004B1567" w:rsidRDefault="00000000" w:rsidP="004B1567">
      <w:pPr>
        <w:pStyle w:val="Listaconvietas"/>
        <w:spacing w:after="40"/>
        <w:jc w:val="both"/>
        <w:rPr>
          <w:rFonts w:ascii="Arial" w:hAnsi="Arial" w:cs="Arial"/>
          <w:sz w:val="24"/>
          <w:szCs w:val="24"/>
          <w:lang w:val="es-CO"/>
        </w:rPr>
      </w:pPr>
      <w:r w:rsidRPr="004B1567">
        <w:rPr>
          <w:rFonts w:ascii="Arial" w:hAnsi="Arial" w:cs="Arial"/>
          <w:sz w:val="24"/>
          <w:szCs w:val="24"/>
          <w:lang w:val="es-CO"/>
        </w:rPr>
        <w:t>Posicionamiento de marca: Necesito analizar el comportamiento de los consumidores en diferentes segmentos de mercado, identificar nuevas tendencias de consumo, definir estrategias de segmentación y posicionamiento de marca, y realizar análisis de factores personales, culturales, psicológicos y sociales que influyen en la decisión de compra, desde lo antropológico y lo psicológico y lo sociológico, en la conducta del consumidor.</w:t>
      </w:r>
    </w:p>
    <w:p w14:paraId="52FC8F17" w14:textId="77777777" w:rsidR="00042EA0" w:rsidRPr="004B1567" w:rsidRDefault="00000000" w:rsidP="004B1567">
      <w:pPr>
        <w:pStyle w:val="Listaconvietas"/>
        <w:spacing w:after="40"/>
        <w:jc w:val="both"/>
        <w:rPr>
          <w:rFonts w:ascii="Arial" w:hAnsi="Arial" w:cs="Arial"/>
          <w:sz w:val="24"/>
          <w:szCs w:val="24"/>
          <w:lang w:val="es-CO"/>
        </w:rPr>
      </w:pPr>
      <w:r w:rsidRPr="004B1567">
        <w:rPr>
          <w:rFonts w:ascii="Arial" w:hAnsi="Arial" w:cs="Arial"/>
          <w:sz w:val="24"/>
          <w:szCs w:val="24"/>
          <w:lang w:val="es-CO"/>
        </w:rPr>
        <w:t>Fidelización de clientes: Requiero diseñar programas de fidelización y de retención de clientes, aplicar indicadores para medir la satisfacción de los clientes y seleccionar estrategias de fidelización.</w:t>
      </w:r>
    </w:p>
    <w:p w14:paraId="3E0A4783" w14:textId="77777777" w:rsidR="00042EA0" w:rsidRPr="004B1567" w:rsidRDefault="00000000" w:rsidP="004B1567">
      <w:pPr>
        <w:pStyle w:val="Listaconvietas"/>
        <w:spacing w:after="40"/>
        <w:jc w:val="both"/>
        <w:rPr>
          <w:rFonts w:ascii="Arial" w:hAnsi="Arial" w:cs="Arial"/>
          <w:sz w:val="24"/>
          <w:szCs w:val="24"/>
          <w:lang w:val="es-CO"/>
        </w:rPr>
      </w:pPr>
      <w:r w:rsidRPr="004B1567">
        <w:rPr>
          <w:rFonts w:ascii="Arial" w:hAnsi="Arial" w:cs="Arial"/>
          <w:sz w:val="24"/>
          <w:szCs w:val="24"/>
          <w:lang w:val="es-CO"/>
        </w:rPr>
        <w:t>Marketing digital: Como empresa o emprendimiento, ya sea con una presencia consolidada en los canales digitales o con la aspiración de incursionar en estos, quiero obtener una consultoría en marketing digital para la creación de estrategias digitales adaptadas a las necesidades y circunstancias actuales.</w:t>
      </w:r>
    </w:p>
    <w:p w14:paraId="2B66447B" w14:textId="77777777" w:rsidR="00042EA0" w:rsidRPr="004B1567" w:rsidRDefault="00000000" w:rsidP="004B1567">
      <w:pPr>
        <w:pStyle w:val="Ttulo1"/>
        <w:jc w:val="both"/>
        <w:rPr>
          <w:rFonts w:ascii="Arial" w:hAnsi="Arial" w:cs="Arial"/>
          <w:color w:val="auto"/>
          <w:sz w:val="24"/>
          <w:szCs w:val="24"/>
        </w:rPr>
      </w:pPr>
      <w:proofErr w:type="spellStart"/>
      <w:r w:rsidRPr="004B1567">
        <w:rPr>
          <w:rFonts w:ascii="Arial" w:hAnsi="Arial" w:cs="Arial"/>
          <w:color w:val="auto"/>
          <w:sz w:val="24"/>
          <w:szCs w:val="24"/>
        </w:rPr>
        <w:t>Internacionalización</w:t>
      </w:r>
      <w:proofErr w:type="spellEnd"/>
      <w:r w:rsidRPr="004B1567">
        <w:rPr>
          <w:rFonts w:ascii="Arial" w:hAnsi="Arial" w:cs="Arial"/>
          <w:color w:val="auto"/>
          <w:sz w:val="24"/>
          <w:szCs w:val="24"/>
        </w:rPr>
        <w:t xml:space="preserve">, </w:t>
      </w:r>
      <w:proofErr w:type="spellStart"/>
      <w:r w:rsidRPr="004B1567">
        <w:rPr>
          <w:rFonts w:ascii="Arial" w:hAnsi="Arial" w:cs="Arial"/>
          <w:color w:val="auto"/>
          <w:sz w:val="24"/>
          <w:szCs w:val="24"/>
        </w:rPr>
        <w:t>aduanas</w:t>
      </w:r>
      <w:proofErr w:type="spellEnd"/>
      <w:r w:rsidRPr="004B1567">
        <w:rPr>
          <w:rFonts w:ascii="Arial" w:hAnsi="Arial" w:cs="Arial"/>
          <w:color w:val="auto"/>
          <w:sz w:val="24"/>
          <w:szCs w:val="24"/>
        </w:rPr>
        <w:t xml:space="preserve"> y </w:t>
      </w:r>
      <w:proofErr w:type="spellStart"/>
      <w:r w:rsidRPr="004B1567">
        <w:rPr>
          <w:rFonts w:ascii="Arial" w:hAnsi="Arial" w:cs="Arial"/>
          <w:color w:val="auto"/>
          <w:sz w:val="24"/>
          <w:szCs w:val="24"/>
        </w:rPr>
        <w:t>logística</w:t>
      </w:r>
      <w:proofErr w:type="spellEnd"/>
      <w:r w:rsidRPr="004B1567">
        <w:rPr>
          <w:rFonts w:ascii="Arial" w:hAnsi="Arial" w:cs="Arial"/>
          <w:color w:val="auto"/>
          <w:sz w:val="24"/>
          <w:szCs w:val="24"/>
        </w:rPr>
        <w:t xml:space="preserve"> internacional</w:t>
      </w:r>
    </w:p>
    <w:p w14:paraId="0D5DFF00" w14:textId="77777777" w:rsidR="00042EA0" w:rsidRPr="004B1567" w:rsidRDefault="00000000" w:rsidP="004B1567">
      <w:pPr>
        <w:pStyle w:val="Listaconvietas"/>
        <w:spacing w:after="40"/>
        <w:jc w:val="both"/>
        <w:rPr>
          <w:rFonts w:ascii="Arial" w:hAnsi="Arial" w:cs="Arial"/>
          <w:sz w:val="24"/>
          <w:szCs w:val="24"/>
          <w:lang w:val="es-CO"/>
        </w:rPr>
      </w:pPr>
      <w:r w:rsidRPr="004B1567">
        <w:rPr>
          <w:rFonts w:ascii="Arial" w:hAnsi="Arial" w:cs="Arial"/>
          <w:sz w:val="24"/>
          <w:szCs w:val="24"/>
          <w:lang w:val="es-CO"/>
        </w:rPr>
        <w:t>Soluciones aduaneras: Requiero aplicar la normatividad y regulaciones legales colombianas para la importación de mi producto o servicio.</w:t>
      </w:r>
    </w:p>
    <w:p w14:paraId="6A0C4E15" w14:textId="77777777" w:rsidR="00042EA0" w:rsidRPr="004B1567" w:rsidRDefault="00000000" w:rsidP="004B1567">
      <w:pPr>
        <w:pStyle w:val="Listaconvietas"/>
        <w:spacing w:after="40"/>
        <w:jc w:val="both"/>
        <w:rPr>
          <w:rFonts w:ascii="Arial" w:hAnsi="Arial" w:cs="Arial"/>
          <w:sz w:val="24"/>
          <w:szCs w:val="24"/>
          <w:lang w:val="es-CO"/>
        </w:rPr>
      </w:pPr>
      <w:r w:rsidRPr="004B1567">
        <w:rPr>
          <w:rFonts w:ascii="Arial" w:hAnsi="Arial" w:cs="Arial"/>
          <w:sz w:val="24"/>
          <w:szCs w:val="24"/>
          <w:lang w:val="es-CO"/>
        </w:rPr>
        <w:t>Soluciones en logística internacional: Me interesa conocer y optimizar el proceso de DFI (Distribución Física Internacional) existente para mi aprovisionamiento, producción o distribución internacional.</w:t>
      </w:r>
    </w:p>
    <w:p w14:paraId="751C6679" w14:textId="77777777" w:rsidR="00042EA0" w:rsidRPr="004B1567" w:rsidRDefault="00000000" w:rsidP="004B1567">
      <w:pPr>
        <w:pStyle w:val="Listaconvietas"/>
        <w:spacing w:after="40"/>
        <w:jc w:val="both"/>
        <w:rPr>
          <w:rFonts w:ascii="Arial" w:hAnsi="Arial" w:cs="Arial"/>
          <w:sz w:val="24"/>
          <w:szCs w:val="24"/>
          <w:lang w:val="es-CO"/>
        </w:rPr>
      </w:pPr>
      <w:r w:rsidRPr="004B1567">
        <w:rPr>
          <w:rFonts w:ascii="Arial" w:hAnsi="Arial" w:cs="Arial"/>
          <w:sz w:val="24"/>
          <w:szCs w:val="24"/>
          <w:lang w:val="es-CO"/>
        </w:rPr>
        <w:t>Análisis cultural para la internacionalización: Requiero llevar mi modelo de negocio a otro país mediante un diagnóstico cultural para: movilidad de mis empleados, formulación de estrategias de RSE (</w:t>
      </w:r>
      <w:proofErr w:type="spellStart"/>
      <w:r w:rsidRPr="004B1567">
        <w:rPr>
          <w:rFonts w:ascii="Arial" w:hAnsi="Arial" w:cs="Arial"/>
          <w:sz w:val="24"/>
          <w:szCs w:val="24"/>
          <w:lang w:val="es-CO"/>
        </w:rPr>
        <w:t>Resposabilidad</w:t>
      </w:r>
      <w:proofErr w:type="spellEnd"/>
      <w:r w:rsidRPr="004B1567">
        <w:rPr>
          <w:rFonts w:ascii="Arial" w:hAnsi="Arial" w:cs="Arial"/>
          <w:sz w:val="24"/>
          <w:szCs w:val="24"/>
          <w:lang w:val="es-CO"/>
        </w:rPr>
        <w:t xml:space="preserve"> Social Empresarial) o creación de innovación social en destino.</w:t>
      </w:r>
    </w:p>
    <w:p w14:paraId="5D9430E8" w14:textId="77777777" w:rsidR="00042EA0" w:rsidRPr="004B1567" w:rsidRDefault="00000000" w:rsidP="004B1567">
      <w:pPr>
        <w:pStyle w:val="Listaconvietas"/>
        <w:spacing w:after="40"/>
        <w:jc w:val="both"/>
        <w:rPr>
          <w:rFonts w:ascii="Arial" w:hAnsi="Arial" w:cs="Arial"/>
          <w:sz w:val="24"/>
          <w:szCs w:val="24"/>
          <w:lang w:val="es-CO"/>
        </w:rPr>
      </w:pPr>
      <w:r w:rsidRPr="004B1567">
        <w:rPr>
          <w:rFonts w:ascii="Arial" w:hAnsi="Arial" w:cs="Arial"/>
          <w:sz w:val="24"/>
          <w:szCs w:val="24"/>
          <w:lang w:val="es-CO"/>
        </w:rPr>
        <w:t>Selección de mercados internacionales: Deseo tener un comparativo entre dos países viables para mi internacionalización, identificando el entorno más favorable (Económico, político, legal y cultural) y la estrategia de internacionalización más adecuada.</w:t>
      </w:r>
    </w:p>
    <w:p w14:paraId="1925255A" w14:textId="77777777" w:rsidR="00042EA0" w:rsidRPr="004B1567" w:rsidRDefault="00000000" w:rsidP="004B1567">
      <w:pPr>
        <w:pStyle w:val="Ttulo1"/>
        <w:jc w:val="both"/>
        <w:rPr>
          <w:rFonts w:ascii="Arial" w:hAnsi="Arial" w:cs="Arial"/>
          <w:color w:val="auto"/>
          <w:sz w:val="24"/>
          <w:szCs w:val="24"/>
        </w:rPr>
      </w:pPr>
      <w:proofErr w:type="spellStart"/>
      <w:r w:rsidRPr="004B1567">
        <w:rPr>
          <w:rFonts w:ascii="Arial" w:hAnsi="Arial" w:cs="Arial"/>
          <w:color w:val="auto"/>
          <w:sz w:val="24"/>
          <w:szCs w:val="24"/>
        </w:rPr>
        <w:t>Formalización</w:t>
      </w:r>
      <w:proofErr w:type="spellEnd"/>
      <w:r w:rsidRPr="004B1567">
        <w:rPr>
          <w:rFonts w:ascii="Arial" w:hAnsi="Arial" w:cs="Arial"/>
          <w:color w:val="auto"/>
          <w:sz w:val="24"/>
          <w:szCs w:val="24"/>
        </w:rPr>
        <w:t xml:space="preserve"> </w:t>
      </w:r>
      <w:proofErr w:type="spellStart"/>
      <w:r w:rsidRPr="004B1567">
        <w:rPr>
          <w:rFonts w:ascii="Arial" w:hAnsi="Arial" w:cs="Arial"/>
          <w:color w:val="auto"/>
          <w:sz w:val="24"/>
          <w:szCs w:val="24"/>
        </w:rPr>
        <w:t>empresarial</w:t>
      </w:r>
      <w:proofErr w:type="spellEnd"/>
      <w:r w:rsidRPr="004B1567">
        <w:rPr>
          <w:rFonts w:ascii="Arial" w:hAnsi="Arial" w:cs="Arial"/>
          <w:color w:val="auto"/>
          <w:sz w:val="24"/>
          <w:szCs w:val="24"/>
        </w:rPr>
        <w:t xml:space="preserve"> y </w:t>
      </w:r>
      <w:proofErr w:type="spellStart"/>
      <w:r w:rsidRPr="004B1567">
        <w:rPr>
          <w:rFonts w:ascii="Arial" w:hAnsi="Arial" w:cs="Arial"/>
          <w:color w:val="auto"/>
          <w:sz w:val="24"/>
          <w:szCs w:val="24"/>
        </w:rPr>
        <w:t>asuntos</w:t>
      </w:r>
      <w:proofErr w:type="spellEnd"/>
      <w:r w:rsidRPr="004B1567">
        <w:rPr>
          <w:rFonts w:ascii="Arial" w:hAnsi="Arial" w:cs="Arial"/>
          <w:color w:val="auto"/>
          <w:sz w:val="24"/>
          <w:szCs w:val="24"/>
        </w:rPr>
        <w:t xml:space="preserve"> mercantiles</w:t>
      </w:r>
    </w:p>
    <w:p w14:paraId="4116A4D8" w14:textId="77777777" w:rsidR="00042EA0" w:rsidRPr="004B1567" w:rsidRDefault="00000000" w:rsidP="004B1567">
      <w:pPr>
        <w:pStyle w:val="Listaconvietas"/>
        <w:spacing w:after="40"/>
        <w:jc w:val="both"/>
        <w:rPr>
          <w:rFonts w:ascii="Arial" w:hAnsi="Arial" w:cs="Arial"/>
          <w:sz w:val="24"/>
          <w:szCs w:val="24"/>
          <w:lang w:val="es-CO"/>
        </w:rPr>
      </w:pPr>
      <w:r w:rsidRPr="004B1567">
        <w:rPr>
          <w:rFonts w:ascii="Arial" w:hAnsi="Arial" w:cs="Arial"/>
          <w:sz w:val="24"/>
          <w:szCs w:val="24"/>
          <w:lang w:val="es-CO"/>
        </w:rPr>
        <w:t>Formalización: Soy una iniciativa empresarial naciente, recientemente formalizada o sin formalizar (aplica persona natural inscrita en cámara de comercio) que requiere una ruta o hacer una revisión de su estado de formalización legal (societaria, mercantil y comercial).</w:t>
      </w:r>
    </w:p>
    <w:p w14:paraId="1CBEC052" w14:textId="2D068DB8" w:rsidR="00042EA0" w:rsidRPr="004B1567" w:rsidRDefault="00000000" w:rsidP="004B1567">
      <w:pPr>
        <w:pStyle w:val="Ttulo1"/>
        <w:jc w:val="both"/>
        <w:rPr>
          <w:rFonts w:ascii="Arial" w:hAnsi="Arial" w:cs="Arial"/>
          <w:color w:val="auto"/>
          <w:sz w:val="24"/>
          <w:szCs w:val="24"/>
          <w:lang w:val="es-CO"/>
        </w:rPr>
      </w:pPr>
      <w:r w:rsidRPr="004B1567">
        <w:rPr>
          <w:rFonts w:ascii="Arial" w:hAnsi="Arial" w:cs="Arial"/>
          <w:color w:val="auto"/>
          <w:sz w:val="24"/>
          <w:szCs w:val="24"/>
          <w:lang w:val="es-CO"/>
        </w:rPr>
        <w:lastRenderedPageBreak/>
        <w:t xml:space="preserve">Gobierno corporativo, </w:t>
      </w:r>
      <w:proofErr w:type="spellStart"/>
      <w:r w:rsidRPr="004B1567">
        <w:rPr>
          <w:rFonts w:ascii="Arial" w:hAnsi="Arial" w:cs="Arial"/>
          <w:color w:val="auto"/>
          <w:sz w:val="24"/>
          <w:szCs w:val="24"/>
          <w:lang w:val="es-CO"/>
        </w:rPr>
        <w:t>stakeholders</w:t>
      </w:r>
      <w:proofErr w:type="spellEnd"/>
      <w:r w:rsidRPr="004B1567">
        <w:rPr>
          <w:rFonts w:ascii="Arial" w:hAnsi="Arial" w:cs="Arial"/>
          <w:color w:val="auto"/>
          <w:sz w:val="24"/>
          <w:szCs w:val="24"/>
          <w:lang w:val="es-CO"/>
        </w:rPr>
        <w:t xml:space="preserve"> y sostenibilidad </w:t>
      </w:r>
    </w:p>
    <w:p w14:paraId="5CE4D910" w14:textId="77777777" w:rsidR="00042EA0" w:rsidRPr="004B1567" w:rsidRDefault="00000000" w:rsidP="004B1567">
      <w:pPr>
        <w:pStyle w:val="Listaconvietas"/>
        <w:spacing w:after="40"/>
        <w:jc w:val="both"/>
        <w:rPr>
          <w:rFonts w:ascii="Arial" w:hAnsi="Arial" w:cs="Arial"/>
          <w:sz w:val="24"/>
          <w:szCs w:val="24"/>
          <w:lang w:val="es-CO"/>
        </w:rPr>
      </w:pPr>
      <w:r w:rsidRPr="004B1567">
        <w:rPr>
          <w:rFonts w:ascii="Arial" w:hAnsi="Arial" w:cs="Arial"/>
          <w:sz w:val="24"/>
          <w:szCs w:val="24"/>
          <w:lang w:val="es-CO"/>
        </w:rPr>
        <w:t xml:space="preserve">Gestión de los </w:t>
      </w:r>
      <w:proofErr w:type="spellStart"/>
      <w:r w:rsidRPr="004B1567">
        <w:rPr>
          <w:rFonts w:ascii="Arial" w:hAnsi="Arial" w:cs="Arial"/>
          <w:sz w:val="24"/>
          <w:szCs w:val="24"/>
          <w:lang w:val="es-CO"/>
        </w:rPr>
        <w:t>Stakeholders</w:t>
      </w:r>
      <w:proofErr w:type="spellEnd"/>
      <w:r w:rsidRPr="004B1567">
        <w:rPr>
          <w:rFonts w:ascii="Arial" w:hAnsi="Arial" w:cs="Arial"/>
          <w:sz w:val="24"/>
          <w:szCs w:val="24"/>
          <w:lang w:val="es-CO"/>
        </w:rPr>
        <w:t xml:space="preserve"> (grupos de interés): Deseo diseñar o replantear la estrategia de relacionamiento con los públicos de interés, a partir de la caracterización de estos y el análisis de conflictos de interés.</w:t>
      </w:r>
    </w:p>
    <w:p w14:paraId="52681B65" w14:textId="77777777" w:rsidR="00042EA0" w:rsidRPr="004B1567" w:rsidRDefault="00000000" w:rsidP="004B1567">
      <w:pPr>
        <w:pStyle w:val="Listaconvietas"/>
        <w:spacing w:after="40"/>
        <w:jc w:val="both"/>
        <w:rPr>
          <w:rFonts w:ascii="Arial" w:hAnsi="Arial" w:cs="Arial"/>
          <w:sz w:val="24"/>
          <w:szCs w:val="24"/>
          <w:lang w:val="es-CO"/>
        </w:rPr>
      </w:pPr>
      <w:r w:rsidRPr="004B1567">
        <w:rPr>
          <w:rFonts w:ascii="Arial" w:hAnsi="Arial" w:cs="Arial"/>
          <w:sz w:val="24"/>
          <w:szCs w:val="24"/>
          <w:lang w:val="es-CO"/>
        </w:rPr>
        <w:t xml:space="preserve">Estructuración de Gobierno Corporativo: Requiero estructurar un modelo de gobernanza para mi empresa que defina la funcionalidad de los órganos de gobierno (Asamblea de accionistas, Junta Directiva, Comité de Gerencia, </w:t>
      </w:r>
      <w:proofErr w:type="gramStart"/>
      <w:r w:rsidRPr="004B1567">
        <w:rPr>
          <w:rFonts w:ascii="Arial" w:hAnsi="Arial" w:cs="Arial"/>
          <w:sz w:val="24"/>
          <w:szCs w:val="24"/>
          <w:lang w:val="es-CO"/>
        </w:rPr>
        <w:t>etc...</w:t>
      </w:r>
      <w:proofErr w:type="gramEnd"/>
      <w:r w:rsidRPr="004B1567">
        <w:rPr>
          <w:rFonts w:ascii="Arial" w:hAnsi="Arial" w:cs="Arial"/>
          <w:sz w:val="24"/>
          <w:szCs w:val="24"/>
          <w:lang w:val="es-CO"/>
        </w:rPr>
        <w:t>), comprenda los riesgos estratégicos y establezca protocolos para la toma de decisiones directivas y societarias, con el fin de mitigar conflictos de intereses y garantizar la sostenibilidad organizacional.</w:t>
      </w:r>
    </w:p>
    <w:p w14:paraId="10DFA116" w14:textId="77777777" w:rsidR="004B1567" w:rsidRPr="004B1567" w:rsidRDefault="004B1567" w:rsidP="004B1567">
      <w:pPr>
        <w:pStyle w:val="Listaconvietas"/>
        <w:spacing w:after="40"/>
        <w:jc w:val="both"/>
        <w:rPr>
          <w:rFonts w:ascii="Arial" w:hAnsi="Arial" w:cs="Arial"/>
          <w:sz w:val="24"/>
          <w:szCs w:val="24"/>
          <w:lang w:val="es-CO"/>
        </w:rPr>
      </w:pPr>
      <w:r w:rsidRPr="004B1567">
        <w:rPr>
          <w:rFonts w:ascii="Arial" w:hAnsi="Arial" w:cs="Arial"/>
          <w:sz w:val="24"/>
          <w:szCs w:val="24"/>
          <w:lang w:val="es-CO"/>
        </w:rPr>
        <w:t>Sostenibilidad: Requiero diagnosticar el estado actual de los compromisos sociales, ambientales y económicos en mi organización, para crear una estrategia de sostenibilidad y gestionar procesos que respondan a estándares globales.</w:t>
      </w:r>
    </w:p>
    <w:p w14:paraId="6E337F9D" w14:textId="77777777" w:rsidR="004B1567" w:rsidRPr="004B1567" w:rsidRDefault="004B1567" w:rsidP="004B1567">
      <w:pPr>
        <w:pStyle w:val="Listaconvietas"/>
        <w:spacing w:after="40"/>
        <w:jc w:val="both"/>
        <w:rPr>
          <w:rFonts w:ascii="Arial" w:hAnsi="Arial" w:cs="Arial"/>
          <w:sz w:val="24"/>
          <w:szCs w:val="24"/>
          <w:lang w:val="es-CO"/>
        </w:rPr>
      </w:pPr>
      <w:r w:rsidRPr="004B1567">
        <w:rPr>
          <w:rFonts w:ascii="Arial" w:hAnsi="Arial" w:cs="Arial"/>
          <w:sz w:val="24"/>
          <w:szCs w:val="24"/>
          <w:lang w:val="es-CO"/>
        </w:rPr>
        <w:t>Informes de sostenibilidad: Requiero asesoría para presentación de reportes integrados (Información financiera y no financiera)</w:t>
      </w:r>
    </w:p>
    <w:p w14:paraId="2DF4514C" w14:textId="77777777" w:rsidR="004B1567" w:rsidRPr="004B1567" w:rsidRDefault="004B1567" w:rsidP="004B1567">
      <w:pPr>
        <w:pStyle w:val="Listaconvietas"/>
        <w:numPr>
          <w:ilvl w:val="0"/>
          <w:numId w:val="0"/>
        </w:numPr>
        <w:spacing w:after="40"/>
        <w:ind w:left="360"/>
        <w:jc w:val="both"/>
        <w:rPr>
          <w:rFonts w:ascii="Arial" w:hAnsi="Arial" w:cs="Arial"/>
          <w:sz w:val="24"/>
          <w:szCs w:val="24"/>
          <w:lang w:val="es-CO"/>
        </w:rPr>
      </w:pPr>
    </w:p>
    <w:p w14:paraId="7EEFD0B2" w14:textId="77777777" w:rsidR="00042EA0" w:rsidRPr="004B1567" w:rsidRDefault="00000000" w:rsidP="004B1567">
      <w:pPr>
        <w:pStyle w:val="Ttulo1"/>
        <w:jc w:val="both"/>
        <w:rPr>
          <w:rFonts w:ascii="Arial" w:hAnsi="Arial" w:cs="Arial"/>
          <w:color w:val="auto"/>
          <w:sz w:val="24"/>
          <w:szCs w:val="24"/>
        </w:rPr>
      </w:pPr>
      <w:proofErr w:type="spellStart"/>
      <w:r w:rsidRPr="004B1567">
        <w:rPr>
          <w:rFonts w:ascii="Arial" w:hAnsi="Arial" w:cs="Arial"/>
          <w:color w:val="auto"/>
          <w:sz w:val="24"/>
          <w:szCs w:val="24"/>
        </w:rPr>
        <w:t>Gestión</w:t>
      </w:r>
      <w:proofErr w:type="spellEnd"/>
      <w:r w:rsidRPr="004B1567">
        <w:rPr>
          <w:rFonts w:ascii="Arial" w:hAnsi="Arial" w:cs="Arial"/>
          <w:color w:val="auto"/>
          <w:sz w:val="24"/>
          <w:szCs w:val="24"/>
        </w:rPr>
        <w:t xml:space="preserve"> humana y </w:t>
      </w:r>
      <w:proofErr w:type="spellStart"/>
      <w:r w:rsidRPr="004B1567">
        <w:rPr>
          <w:rFonts w:ascii="Arial" w:hAnsi="Arial" w:cs="Arial"/>
          <w:color w:val="auto"/>
          <w:sz w:val="24"/>
          <w:szCs w:val="24"/>
        </w:rPr>
        <w:t>desarrollo</w:t>
      </w:r>
      <w:proofErr w:type="spellEnd"/>
      <w:r w:rsidRPr="004B1567">
        <w:rPr>
          <w:rFonts w:ascii="Arial" w:hAnsi="Arial" w:cs="Arial"/>
          <w:color w:val="auto"/>
          <w:sz w:val="24"/>
          <w:szCs w:val="24"/>
        </w:rPr>
        <w:t xml:space="preserve"> organizacional</w:t>
      </w:r>
    </w:p>
    <w:p w14:paraId="51264927" w14:textId="77777777" w:rsidR="00042EA0" w:rsidRPr="004B1567" w:rsidRDefault="00000000" w:rsidP="004B1567">
      <w:pPr>
        <w:pStyle w:val="Listaconvietas"/>
        <w:spacing w:after="40"/>
        <w:jc w:val="both"/>
        <w:rPr>
          <w:rFonts w:ascii="Arial" w:hAnsi="Arial" w:cs="Arial"/>
          <w:sz w:val="24"/>
          <w:szCs w:val="24"/>
          <w:lang w:val="es-CO"/>
        </w:rPr>
      </w:pPr>
      <w:r w:rsidRPr="004B1567">
        <w:rPr>
          <w:rFonts w:ascii="Arial" w:hAnsi="Arial" w:cs="Arial"/>
          <w:sz w:val="24"/>
          <w:szCs w:val="24"/>
          <w:lang w:val="es-CO"/>
        </w:rPr>
        <w:t>Factor Humano: Deseo diseñar estrategias de fortalecimiento de clima y cultura organizacional soportados en la legislación laboral colombiana para aportar al cumplimiento de los objetivos de la organización.</w:t>
      </w:r>
    </w:p>
    <w:p w14:paraId="44D14D30" w14:textId="77777777" w:rsidR="00042EA0" w:rsidRPr="004B1567" w:rsidRDefault="00000000" w:rsidP="004B1567">
      <w:pPr>
        <w:pStyle w:val="Listaconvietas"/>
        <w:spacing w:after="40"/>
        <w:jc w:val="both"/>
        <w:rPr>
          <w:rFonts w:ascii="Arial" w:hAnsi="Arial" w:cs="Arial"/>
          <w:sz w:val="24"/>
          <w:szCs w:val="24"/>
          <w:lang w:val="es-CO"/>
        </w:rPr>
      </w:pPr>
      <w:r w:rsidRPr="004B1567">
        <w:rPr>
          <w:rFonts w:ascii="Arial" w:hAnsi="Arial" w:cs="Arial"/>
          <w:sz w:val="24"/>
          <w:szCs w:val="24"/>
          <w:lang w:val="es-CO"/>
        </w:rPr>
        <w:t xml:space="preserve">Estrategias de incorporación y adaptación de personas: No tengo estrategias para la incorporación y adaptación de talento (atracción, selección, </w:t>
      </w:r>
      <w:proofErr w:type="spellStart"/>
      <w:r w:rsidRPr="004B1567">
        <w:rPr>
          <w:rFonts w:ascii="Arial" w:hAnsi="Arial" w:cs="Arial"/>
          <w:sz w:val="24"/>
          <w:szCs w:val="24"/>
          <w:lang w:val="es-CO"/>
        </w:rPr>
        <w:t>onboarding</w:t>
      </w:r>
      <w:proofErr w:type="spellEnd"/>
      <w:r w:rsidRPr="004B1567">
        <w:rPr>
          <w:rFonts w:ascii="Arial" w:hAnsi="Arial" w:cs="Arial"/>
          <w:sz w:val="24"/>
          <w:szCs w:val="24"/>
          <w:lang w:val="es-CO"/>
        </w:rPr>
        <w:t>, fidelización de personal) o deseo actualizarlas.</w:t>
      </w:r>
    </w:p>
    <w:p w14:paraId="2C8AF31F" w14:textId="77777777" w:rsidR="00042EA0" w:rsidRPr="004B1567" w:rsidRDefault="00000000" w:rsidP="004B1567">
      <w:pPr>
        <w:pStyle w:val="Listaconvietas"/>
        <w:spacing w:after="40"/>
        <w:jc w:val="both"/>
        <w:rPr>
          <w:rFonts w:ascii="Arial" w:hAnsi="Arial" w:cs="Arial"/>
          <w:sz w:val="24"/>
          <w:szCs w:val="24"/>
          <w:lang w:val="es-CO"/>
        </w:rPr>
      </w:pPr>
      <w:r w:rsidRPr="004B1567">
        <w:rPr>
          <w:rFonts w:ascii="Arial" w:hAnsi="Arial" w:cs="Arial"/>
          <w:sz w:val="24"/>
          <w:szCs w:val="24"/>
          <w:lang w:val="es-CO"/>
        </w:rPr>
        <w:t>Planeación del área de Recursos Humanos: No cuento con la estructura o la planeación de Recursos Humanos: no se tienen políticas de RRHH, estrategias de movilidad, indicadores de medición de los procesos de Recursos Humanos.</w:t>
      </w:r>
    </w:p>
    <w:p w14:paraId="699DA714" w14:textId="77777777" w:rsidR="00042EA0" w:rsidRPr="004B1567" w:rsidRDefault="00000000" w:rsidP="004B1567">
      <w:pPr>
        <w:pStyle w:val="Listaconvietas"/>
        <w:spacing w:after="40"/>
        <w:jc w:val="both"/>
        <w:rPr>
          <w:rFonts w:ascii="Arial" w:hAnsi="Arial" w:cs="Arial"/>
          <w:sz w:val="24"/>
          <w:szCs w:val="24"/>
          <w:lang w:val="es-CO"/>
        </w:rPr>
      </w:pPr>
      <w:r w:rsidRPr="004B1567">
        <w:rPr>
          <w:rFonts w:ascii="Arial" w:hAnsi="Arial" w:cs="Arial"/>
          <w:sz w:val="24"/>
          <w:szCs w:val="24"/>
          <w:lang w:val="es-CO"/>
        </w:rPr>
        <w:t>Diseño de estructura de compensación total: El sistema de compensación, salud y bienestar en la empresa no cumple con los principios de equidad y competitividad. Las condiciones se definen únicamente según el marco legal y los objetivos financieros de la organización, sin considerar las necesidades y metas de los trabajadores.</w:t>
      </w:r>
    </w:p>
    <w:p w14:paraId="601F9AA8" w14:textId="77777777" w:rsidR="00042EA0" w:rsidRPr="004B1567" w:rsidRDefault="00000000" w:rsidP="004B1567">
      <w:pPr>
        <w:pStyle w:val="Listaconvietas"/>
        <w:spacing w:after="40"/>
        <w:jc w:val="both"/>
        <w:rPr>
          <w:rFonts w:ascii="Arial" w:hAnsi="Arial" w:cs="Arial"/>
          <w:sz w:val="24"/>
          <w:szCs w:val="24"/>
          <w:lang w:val="es-CO"/>
        </w:rPr>
      </w:pPr>
      <w:r w:rsidRPr="004B1567">
        <w:rPr>
          <w:rFonts w:ascii="Arial" w:hAnsi="Arial" w:cs="Arial"/>
          <w:sz w:val="24"/>
          <w:szCs w:val="24"/>
          <w:lang w:val="es-CO"/>
        </w:rPr>
        <w:t>Propuesta de estrategias para el desarrollo de personas: Tengo una empresa con más de 10 trabajadores y no cuento con un modelo de gestión del desarrollo de las personas (formación, gestión del conocimiento, evaluación de desempeño).</w:t>
      </w:r>
    </w:p>
    <w:p w14:paraId="377D0A8E" w14:textId="77777777" w:rsidR="00042EA0" w:rsidRPr="004B1567" w:rsidRDefault="00000000" w:rsidP="004B1567">
      <w:pPr>
        <w:pStyle w:val="Ttulo1"/>
        <w:jc w:val="both"/>
        <w:rPr>
          <w:rFonts w:ascii="Arial" w:hAnsi="Arial" w:cs="Arial"/>
          <w:color w:val="auto"/>
          <w:sz w:val="24"/>
          <w:szCs w:val="24"/>
        </w:rPr>
      </w:pPr>
      <w:proofErr w:type="spellStart"/>
      <w:r w:rsidRPr="004B1567">
        <w:rPr>
          <w:rFonts w:ascii="Arial" w:hAnsi="Arial" w:cs="Arial"/>
          <w:color w:val="auto"/>
          <w:sz w:val="24"/>
          <w:szCs w:val="24"/>
        </w:rPr>
        <w:lastRenderedPageBreak/>
        <w:t>Contable</w:t>
      </w:r>
      <w:proofErr w:type="spellEnd"/>
      <w:r w:rsidRPr="004B1567">
        <w:rPr>
          <w:rFonts w:ascii="Arial" w:hAnsi="Arial" w:cs="Arial"/>
          <w:color w:val="auto"/>
          <w:sz w:val="24"/>
          <w:szCs w:val="24"/>
        </w:rPr>
        <w:t xml:space="preserve">, </w:t>
      </w:r>
      <w:proofErr w:type="spellStart"/>
      <w:r w:rsidRPr="004B1567">
        <w:rPr>
          <w:rFonts w:ascii="Arial" w:hAnsi="Arial" w:cs="Arial"/>
          <w:color w:val="auto"/>
          <w:sz w:val="24"/>
          <w:szCs w:val="24"/>
        </w:rPr>
        <w:t>tributario</w:t>
      </w:r>
      <w:proofErr w:type="spellEnd"/>
      <w:r w:rsidRPr="004B1567">
        <w:rPr>
          <w:rFonts w:ascii="Arial" w:hAnsi="Arial" w:cs="Arial"/>
          <w:color w:val="auto"/>
          <w:sz w:val="24"/>
          <w:szCs w:val="24"/>
        </w:rPr>
        <w:t xml:space="preserve">, </w:t>
      </w:r>
      <w:proofErr w:type="spellStart"/>
      <w:r w:rsidRPr="004B1567">
        <w:rPr>
          <w:rFonts w:ascii="Arial" w:hAnsi="Arial" w:cs="Arial"/>
          <w:color w:val="auto"/>
          <w:sz w:val="24"/>
          <w:szCs w:val="24"/>
        </w:rPr>
        <w:t>auditoría</w:t>
      </w:r>
      <w:proofErr w:type="spellEnd"/>
      <w:r w:rsidRPr="004B1567">
        <w:rPr>
          <w:rFonts w:ascii="Arial" w:hAnsi="Arial" w:cs="Arial"/>
          <w:color w:val="auto"/>
          <w:sz w:val="24"/>
          <w:szCs w:val="24"/>
        </w:rPr>
        <w:t xml:space="preserve"> y control</w:t>
      </w:r>
    </w:p>
    <w:p w14:paraId="530AB629" w14:textId="77777777" w:rsidR="00042EA0" w:rsidRPr="004B1567" w:rsidRDefault="00000000" w:rsidP="004B1567">
      <w:pPr>
        <w:pStyle w:val="Listaconvietas"/>
        <w:spacing w:after="40"/>
        <w:jc w:val="both"/>
        <w:rPr>
          <w:rFonts w:ascii="Arial" w:hAnsi="Arial" w:cs="Arial"/>
          <w:sz w:val="24"/>
          <w:szCs w:val="24"/>
          <w:lang w:val="es-CO"/>
        </w:rPr>
      </w:pPr>
      <w:r w:rsidRPr="004B1567">
        <w:rPr>
          <w:rFonts w:ascii="Arial" w:hAnsi="Arial" w:cs="Arial"/>
          <w:sz w:val="24"/>
          <w:szCs w:val="24"/>
          <w:lang w:val="es-CO"/>
        </w:rPr>
        <w:t>Elaboración de estados financieros: Requiero asesoría para la construcción de los Estados financieros (activos, pasivos, patrimonio, ingresos, costos y gastos)</w:t>
      </w:r>
    </w:p>
    <w:p w14:paraId="5CFB3529" w14:textId="77777777" w:rsidR="00042EA0" w:rsidRPr="004B1567" w:rsidRDefault="00000000" w:rsidP="004B1567">
      <w:pPr>
        <w:pStyle w:val="Listaconvietas"/>
        <w:spacing w:after="40"/>
        <w:jc w:val="both"/>
        <w:rPr>
          <w:rFonts w:ascii="Arial" w:hAnsi="Arial" w:cs="Arial"/>
          <w:sz w:val="24"/>
          <w:szCs w:val="24"/>
          <w:lang w:val="es-CO"/>
        </w:rPr>
      </w:pPr>
      <w:r w:rsidRPr="004B1567">
        <w:rPr>
          <w:rFonts w:ascii="Arial" w:hAnsi="Arial" w:cs="Arial"/>
          <w:sz w:val="24"/>
          <w:szCs w:val="24"/>
          <w:lang w:val="es-CO"/>
        </w:rPr>
        <w:t>Planeación tributaria: Requiero apoyo en la planeación tributaria de la empresa.</w:t>
      </w:r>
    </w:p>
    <w:p w14:paraId="2C333FCF" w14:textId="77777777" w:rsidR="00042EA0" w:rsidRPr="004B1567" w:rsidRDefault="00000000" w:rsidP="004B1567">
      <w:pPr>
        <w:pStyle w:val="Listaconvietas"/>
        <w:spacing w:after="40"/>
        <w:jc w:val="both"/>
        <w:rPr>
          <w:rFonts w:ascii="Arial" w:hAnsi="Arial" w:cs="Arial"/>
          <w:sz w:val="24"/>
          <w:szCs w:val="24"/>
          <w:lang w:val="es-CO"/>
        </w:rPr>
      </w:pPr>
      <w:r w:rsidRPr="004B1567">
        <w:rPr>
          <w:rFonts w:ascii="Arial" w:hAnsi="Arial" w:cs="Arial"/>
          <w:sz w:val="24"/>
          <w:szCs w:val="24"/>
          <w:lang w:val="es-CO"/>
        </w:rPr>
        <w:t>Liquidación de impuestos: Requiero liquidar impuestos nacionales y territoriales tales como: impuesto de renta y complementario persona jurídica y personas naturales obligadas a llevar contabilidad; impuesto al valor agregado IVA; retención en la fuente, impuesto de industria y comercio - ICA o necesito una revisión de liquidaciones de impuestos nacionales y territoriales anteriores.</w:t>
      </w:r>
    </w:p>
    <w:p w14:paraId="4523C0D7" w14:textId="77777777" w:rsidR="00042EA0" w:rsidRPr="004B1567" w:rsidRDefault="00000000" w:rsidP="004B1567">
      <w:pPr>
        <w:pStyle w:val="Listaconvietas"/>
        <w:spacing w:after="40"/>
        <w:jc w:val="both"/>
        <w:rPr>
          <w:rFonts w:ascii="Arial" w:hAnsi="Arial" w:cs="Arial"/>
          <w:sz w:val="24"/>
          <w:szCs w:val="24"/>
          <w:lang w:val="es-CO"/>
        </w:rPr>
      </w:pPr>
      <w:r w:rsidRPr="004B1567">
        <w:rPr>
          <w:rFonts w:ascii="Arial" w:hAnsi="Arial" w:cs="Arial"/>
          <w:sz w:val="24"/>
          <w:szCs w:val="24"/>
          <w:lang w:val="es-CO"/>
        </w:rPr>
        <w:t>Auditoría: Requiero asesoría para identificar elementos esenciales de un proceso sistemático de aseguramiento de la información.</w:t>
      </w:r>
    </w:p>
    <w:p w14:paraId="07A9CD61" w14:textId="77777777" w:rsidR="00042EA0" w:rsidRPr="004B1567" w:rsidRDefault="00000000" w:rsidP="004B1567">
      <w:pPr>
        <w:pStyle w:val="Listaconvietas"/>
        <w:spacing w:after="40"/>
        <w:jc w:val="both"/>
        <w:rPr>
          <w:rFonts w:ascii="Arial" w:hAnsi="Arial" w:cs="Arial"/>
          <w:sz w:val="24"/>
          <w:szCs w:val="24"/>
          <w:lang w:val="es-CO"/>
        </w:rPr>
      </w:pPr>
      <w:r w:rsidRPr="004B1567">
        <w:rPr>
          <w:rFonts w:ascii="Arial" w:hAnsi="Arial" w:cs="Arial"/>
          <w:sz w:val="24"/>
          <w:szCs w:val="24"/>
          <w:lang w:val="es-CO"/>
        </w:rPr>
        <w:t>Consultoría contable: Requiero solución a problemas o propuestas de mejora específicas relacionados con las diferentes áreas de la disciplina contable: Contabilidad financiera, de gestión, tributaria, control interno, gestión del riesgo contable.</w:t>
      </w:r>
    </w:p>
    <w:p w14:paraId="1838AA7A" w14:textId="77777777" w:rsidR="00042EA0" w:rsidRPr="004B1567" w:rsidRDefault="00000000" w:rsidP="004B1567">
      <w:pPr>
        <w:pStyle w:val="Listaconvietas"/>
        <w:spacing w:after="40"/>
        <w:jc w:val="both"/>
        <w:rPr>
          <w:rFonts w:ascii="Arial" w:hAnsi="Arial" w:cs="Arial"/>
          <w:sz w:val="24"/>
          <w:szCs w:val="24"/>
          <w:lang w:val="es-CO"/>
        </w:rPr>
      </w:pPr>
      <w:r w:rsidRPr="004B1567">
        <w:rPr>
          <w:rFonts w:ascii="Arial" w:hAnsi="Arial" w:cs="Arial"/>
          <w:sz w:val="24"/>
          <w:szCs w:val="24"/>
          <w:lang w:val="es-CO"/>
        </w:rPr>
        <w:t>Normatividad aplicable a la empresa: No tengo claridad de las obligaciones jurídicas, contables y tributarias que mi empresa debe cumplir.</w:t>
      </w:r>
    </w:p>
    <w:p w14:paraId="50F0D28D" w14:textId="77777777" w:rsidR="00042EA0" w:rsidRPr="004B1567" w:rsidRDefault="00000000" w:rsidP="004B1567">
      <w:pPr>
        <w:pStyle w:val="Listaconvietas"/>
        <w:spacing w:after="40"/>
        <w:jc w:val="both"/>
        <w:rPr>
          <w:rFonts w:ascii="Arial" w:hAnsi="Arial" w:cs="Arial"/>
          <w:sz w:val="24"/>
          <w:szCs w:val="24"/>
          <w:lang w:val="es-CO"/>
        </w:rPr>
      </w:pPr>
      <w:r w:rsidRPr="004B1567">
        <w:rPr>
          <w:rFonts w:ascii="Arial" w:hAnsi="Arial" w:cs="Arial"/>
          <w:sz w:val="24"/>
          <w:szCs w:val="24"/>
          <w:lang w:val="es-CO"/>
        </w:rPr>
        <w:t xml:space="preserve">Costeo de un producto: Requiero diseñar un sistema de costeo para una empresa </w:t>
      </w:r>
      <w:proofErr w:type="spellStart"/>
      <w:r w:rsidRPr="004B1567">
        <w:rPr>
          <w:rFonts w:ascii="Arial" w:hAnsi="Arial" w:cs="Arial"/>
          <w:sz w:val="24"/>
          <w:szCs w:val="24"/>
          <w:lang w:val="es-CO"/>
        </w:rPr>
        <w:t>mipyme</w:t>
      </w:r>
      <w:proofErr w:type="spellEnd"/>
      <w:r w:rsidRPr="004B1567">
        <w:rPr>
          <w:rFonts w:ascii="Arial" w:hAnsi="Arial" w:cs="Arial"/>
          <w:sz w:val="24"/>
          <w:szCs w:val="24"/>
          <w:lang w:val="es-CO"/>
        </w:rPr>
        <w:t>.</w:t>
      </w:r>
    </w:p>
    <w:p w14:paraId="41CA48F5" w14:textId="77777777" w:rsidR="00042EA0" w:rsidRPr="004B1567" w:rsidRDefault="00000000" w:rsidP="004B1567">
      <w:pPr>
        <w:pStyle w:val="Listaconvietas"/>
        <w:spacing w:after="40"/>
        <w:jc w:val="both"/>
        <w:rPr>
          <w:rFonts w:ascii="Arial" w:hAnsi="Arial" w:cs="Arial"/>
          <w:sz w:val="24"/>
          <w:szCs w:val="24"/>
          <w:lang w:val="es-CO"/>
        </w:rPr>
      </w:pPr>
      <w:r w:rsidRPr="004B1567">
        <w:rPr>
          <w:rFonts w:ascii="Arial" w:hAnsi="Arial" w:cs="Arial"/>
          <w:sz w:val="24"/>
          <w:szCs w:val="24"/>
          <w:lang w:val="es-CO"/>
        </w:rPr>
        <w:t>Consolidación de estados financieros para entidades especiales: Requiero asesoría en problemas sobre consolidación de estados financieros y entidades sin ánimo de lucro.</w:t>
      </w:r>
    </w:p>
    <w:p w14:paraId="3AEBDFF3" w14:textId="77777777" w:rsidR="00042EA0" w:rsidRPr="004B1567" w:rsidRDefault="00000000" w:rsidP="004B1567">
      <w:pPr>
        <w:pStyle w:val="Ttulo1"/>
        <w:jc w:val="both"/>
        <w:rPr>
          <w:rFonts w:ascii="Arial" w:hAnsi="Arial" w:cs="Arial"/>
          <w:color w:val="auto"/>
          <w:sz w:val="24"/>
          <w:szCs w:val="24"/>
          <w:lang w:val="es-CO"/>
        </w:rPr>
      </w:pPr>
      <w:r w:rsidRPr="004B1567">
        <w:rPr>
          <w:rFonts w:ascii="Arial" w:hAnsi="Arial" w:cs="Arial"/>
          <w:color w:val="auto"/>
          <w:sz w:val="24"/>
          <w:szCs w:val="24"/>
          <w:lang w:val="es-CO"/>
        </w:rPr>
        <w:t>Operaciones y cadena de suministro</w:t>
      </w:r>
    </w:p>
    <w:p w14:paraId="4B9153FC" w14:textId="77777777" w:rsidR="004B1567" w:rsidRPr="004B1567" w:rsidRDefault="004B1567" w:rsidP="004B1567">
      <w:pPr>
        <w:pStyle w:val="Listaconvietas"/>
        <w:spacing w:after="40"/>
        <w:jc w:val="both"/>
        <w:rPr>
          <w:rFonts w:ascii="Arial" w:hAnsi="Arial" w:cs="Arial"/>
          <w:sz w:val="24"/>
          <w:szCs w:val="24"/>
          <w:lang w:val="es-CO"/>
        </w:rPr>
      </w:pPr>
      <w:r w:rsidRPr="004B1567">
        <w:rPr>
          <w:rFonts w:ascii="Arial" w:hAnsi="Arial" w:cs="Arial"/>
          <w:sz w:val="24"/>
          <w:szCs w:val="24"/>
          <w:lang w:val="es-CO"/>
        </w:rPr>
        <w:t>Optimización en cadena de suministros: Tengo una empresa que fabrica productos y requiere mejorar el proceso logístico (producción, almacenamiento y/o despacho)</w:t>
      </w:r>
    </w:p>
    <w:p w14:paraId="5D9C2DAE" w14:textId="77777777" w:rsidR="004B1567" w:rsidRPr="004B1567" w:rsidRDefault="004B1567" w:rsidP="004B1567">
      <w:pPr>
        <w:rPr>
          <w:rFonts w:ascii="Arial" w:hAnsi="Arial" w:cs="Arial"/>
          <w:sz w:val="24"/>
          <w:szCs w:val="24"/>
          <w:lang w:val="es-CO"/>
        </w:rPr>
      </w:pPr>
    </w:p>
    <w:sectPr w:rsidR="004B1567" w:rsidRPr="004B1567"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rial">
    <w:altName w:val="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B5061B32"/>
    <w:lvl w:ilvl="0">
      <w:start w:val="1"/>
      <w:numFmt w:val="bullet"/>
      <w:pStyle w:val="Listaconvietas"/>
      <w:lvlText w:val=""/>
      <w:lvlJc w:val="left"/>
      <w:pPr>
        <w:tabs>
          <w:tab w:val="num" w:pos="360"/>
        </w:tabs>
        <w:ind w:left="360" w:hanging="360"/>
      </w:pPr>
      <w:rPr>
        <w:rFonts w:ascii="Symbol" w:hAnsi="Symbol" w:hint="default"/>
      </w:rPr>
    </w:lvl>
  </w:abstractNum>
  <w:num w:numId="1" w16cid:durableId="47341283">
    <w:abstractNumId w:val="8"/>
  </w:num>
  <w:num w:numId="2" w16cid:durableId="185794911">
    <w:abstractNumId w:val="6"/>
  </w:num>
  <w:num w:numId="3" w16cid:durableId="1741367787">
    <w:abstractNumId w:val="5"/>
  </w:num>
  <w:num w:numId="4" w16cid:durableId="548033070">
    <w:abstractNumId w:val="4"/>
  </w:num>
  <w:num w:numId="5" w16cid:durableId="1780562454">
    <w:abstractNumId w:val="7"/>
  </w:num>
  <w:num w:numId="6" w16cid:durableId="291012332">
    <w:abstractNumId w:val="3"/>
  </w:num>
  <w:num w:numId="7" w16cid:durableId="184948126">
    <w:abstractNumId w:val="2"/>
  </w:num>
  <w:num w:numId="8" w16cid:durableId="1260481638">
    <w:abstractNumId w:val="1"/>
  </w:num>
  <w:num w:numId="9" w16cid:durableId="9392159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42EA0"/>
    <w:rsid w:val="0006063C"/>
    <w:rsid w:val="0015074B"/>
    <w:rsid w:val="0029639D"/>
    <w:rsid w:val="00302AD0"/>
    <w:rsid w:val="00326F90"/>
    <w:rsid w:val="004353D5"/>
    <w:rsid w:val="004B1567"/>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9D9ED95"/>
  <w14:defaultImageDpi w14:val="300"/>
  <w15:docId w15:val="{020A6BD9-B98E-43D7-B2D3-16BD9038E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Calibri" w:eastAsia="Calibri" w:hAnsi="Calibri"/>
    </w:rPr>
  </w:style>
  <w:style w:type="paragraph" w:styleId="Ttulo1">
    <w:name w:val="heading 1"/>
    <w:basedOn w:val="Normal"/>
    <w:next w:val="Normal"/>
    <w:link w:val="Ttulo1C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tulo9">
    <w:name w:val="heading 9"/>
    <w:basedOn w:val="Normal"/>
    <w:next w:val="Normal"/>
    <w:link w:val="Ttulo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uiPriority w:val="34"/>
    <w:qFormat/>
    <w:rsid w:val="00FC693F"/>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color w:val="000000" w:themeColor="text1"/>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Fuerte">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TDC">
    <w:name w:val="TOC Heading"/>
    <w:basedOn w:val="Ttulo1"/>
    <w:next w:val="Normal"/>
    <w:uiPriority w:val="39"/>
    <w:semiHidden/>
    <w:unhideWhenUsed/>
    <w:qFormat/>
    <w:rsid w:val="00FC693F"/>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1436</Words>
  <Characters>9140</Characters>
  <Application>Microsoft Office Word</Application>
  <DocSecurity>0</DocSecurity>
  <Lines>145</Lines>
  <Paragraphs>66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10510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YARMIN LORENA TABORDA MORALES</cp:lastModifiedBy>
  <cp:revision>2</cp:revision>
  <dcterms:created xsi:type="dcterms:W3CDTF">2026-03-02T16:14:00Z</dcterms:created>
  <dcterms:modified xsi:type="dcterms:W3CDTF">2026-03-02T16:14:00Z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e33840bf-716e-4588-8f51-63baca4782f1</vt:lpwstr>
  </property>
</Properties>
</file>